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vida territorial</w:t>
      </w:r>
    </w:p>
    <w:p>
      <w:r>
        <w:t>Este formato reúne tu formación, tus saberes y tu trayectoria en Urabá. Reemplaza los textos entre corchetes. Omite correo, teléfono, dirección particular y números de documento en esta copia.</w:t>
      </w:r>
    </w:p>
    <w:p>
      <w:pPr>
        <w:pStyle w:val="Heading1"/>
      </w:pPr>
      <w:r>
        <w:t>1   Información personal y territorio</w:t>
      </w:r>
    </w:p>
    <w:p>
      <w:pPr>
        <w:spacing w:before="80" w:after="0"/>
      </w:pPr>
      <w:r>
        <w:rPr>
          <w:b/>
        </w:rPr>
        <w:t>Nombres y apellidos</w:t>
      </w:r>
    </w:p>
    <w:p>
      <w:pPr>
        <w:spacing w:after="100"/>
        <w:ind w:left="173"/>
      </w:pPr>
      <w:r>
        <w:rPr>
          <w:i/>
          <w:color w:val="47536D"/>
        </w:rPr>
        <w:t>[Escribe tu nombre completo]</w:t>
      </w:r>
    </w:p>
    <w:p>
      <w:pPr>
        <w:spacing w:before="80" w:after="0"/>
      </w:pPr>
      <w:r>
        <w:rPr>
          <w:b/>
        </w:rPr>
        <w:t>Ubicación</w:t>
      </w:r>
    </w:p>
    <w:p>
      <w:pPr>
        <w:spacing w:after="100"/>
        <w:ind w:left="173"/>
      </w:pPr>
      <w:r>
        <w:rPr>
          <w:i/>
          <w:color w:val="47536D"/>
        </w:rPr>
        <w:t>[País · Departamento · Subregión · Municipio]</w:t>
      </w:r>
    </w:p>
    <w:p>
      <w:pPr>
        <w:spacing w:before="80" w:after="0"/>
      </w:pPr>
      <w:r>
        <w:rPr>
          <w:b/>
        </w:rPr>
        <w:t>Alcance territorial</w:t>
      </w:r>
    </w:p>
    <w:p>
      <w:pPr>
        <w:spacing w:after="100"/>
        <w:ind w:left="173"/>
      </w:pPr>
      <w:r>
        <w:rPr>
          <w:i/>
          <w:color w:val="47536D"/>
        </w:rPr>
        <w:t>[Municipal, subregional, departamental, nacional o internacional]</w:t>
      </w:r>
    </w:p>
    <w:p>
      <w:pPr>
        <w:pStyle w:val="Heading1"/>
      </w:pPr>
      <w:r>
        <w:t>2   Perfil y experiencia</w:t>
      </w:r>
    </w:p>
    <w:p>
      <w:pPr>
        <w:spacing w:before="80" w:after="0"/>
      </w:pPr>
      <w:r>
        <w:rPr>
          <w:b/>
        </w:rPr>
        <w:t>Profesión, oficio o saber principal</w:t>
      </w:r>
    </w:p>
    <w:p>
      <w:pPr>
        <w:spacing w:after="100"/>
        <w:ind w:left="173"/>
      </w:pPr>
      <w:r>
        <w:rPr>
          <w:i/>
          <w:color w:val="47536D"/>
        </w:rPr>
        <w:t>[Ej. Técnica en logística portuaria]</w:t>
      </w:r>
    </w:p>
    <w:p>
      <w:pPr>
        <w:spacing w:before="80" w:after="0"/>
      </w:pPr>
      <w:r>
        <w:rPr>
          <w:b/>
        </w:rPr>
        <w:t>Nivel de formación</w:t>
      </w:r>
    </w:p>
    <w:p>
      <w:pPr>
        <w:spacing w:after="100"/>
        <w:ind w:left="173"/>
      </w:pPr>
      <w:r>
        <w:rPr>
          <w:i/>
          <w:color w:val="47536D"/>
        </w:rPr>
        <w:t>[Indica el nivel alcanzado o el saber aprendido en la práctica]</w:t>
      </w:r>
    </w:p>
    <w:p>
      <w:pPr>
        <w:spacing w:before="80" w:after="0"/>
      </w:pPr>
      <w:r>
        <w:rPr>
          <w:b/>
        </w:rPr>
        <w:t>Estudio principal e institución</w:t>
      </w:r>
    </w:p>
    <w:p>
      <w:pPr>
        <w:spacing w:after="100"/>
        <w:ind w:left="173"/>
      </w:pPr>
      <w:r>
        <w:rPr>
          <w:i/>
          <w:color w:val="47536D"/>
        </w:rPr>
        <w:t>[Programa o formación, institución y año, si aplica]</w:t>
      </w:r>
    </w:p>
    <w:p>
      <w:pPr>
        <w:spacing w:before="80" w:after="0"/>
      </w:pPr>
      <w:r>
        <w:rPr>
          <w:b/>
        </w:rPr>
        <w:t>Actividad actual y organización</w:t>
      </w:r>
    </w:p>
    <w:p>
      <w:pPr>
        <w:spacing w:after="100"/>
        <w:ind w:left="173"/>
      </w:pPr>
      <w:r>
        <w:rPr>
          <w:i/>
          <w:color w:val="47536D"/>
        </w:rPr>
        <w:t>[Indica tu actividad y la organización donde participas, si aplica]</w:t>
      </w:r>
    </w:p>
    <w:p>
      <w:pPr>
        <w:spacing w:before="80" w:after="0"/>
      </w:pPr>
      <w:r>
        <w:rPr>
          <w:b/>
        </w:rPr>
        <w:t>Años de experiencia y disponibilidad</w:t>
      </w:r>
    </w:p>
    <w:p>
      <w:pPr>
        <w:spacing w:after="100"/>
        <w:ind w:left="173"/>
      </w:pPr>
      <w:r>
        <w:rPr>
          <w:i/>
          <w:color w:val="47536D"/>
        </w:rPr>
        <w:t>[Ej. 3 años · Por proyecto. Puedes escribir 0 si estás iniciando]</w:t>
      </w:r>
    </w:p>
    <w:p>
      <w:pPr>
        <w:spacing w:before="80" w:after="0"/>
      </w:pPr>
      <w:r>
        <w:rPr>
          <w:b/>
        </w:rPr>
        <w:t>Experiencia principal</w:t>
      </w:r>
    </w:p>
    <w:p>
      <w:pPr>
        <w:spacing w:after="100"/>
        <w:ind w:left="173"/>
      </w:pPr>
      <w:r>
        <w:rPr>
          <w:i/>
          <w:color w:val="47536D"/>
        </w:rPr>
        <w:t>[Describe una actividad, el lugar, el periodo, tu función y un logro. Puedes agregar más experiencias]</w:t>
      </w:r>
    </w:p>
    <w:p>
      <w:pPr>
        <w:spacing w:before="80" w:after="0"/>
      </w:pPr>
      <w:r>
        <w:rPr>
          <w:b/>
        </w:rPr>
        <w:t>Habilidades principales</w:t>
      </w:r>
    </w:p>
    <w:p>
      <w:pPr>
        <w:spacing w:after="100"/>
        <w:ind w:left="173"/>
      </w:pPr>
      <w:r>
        <w:rPr>
          <w:i/>
          <w:color w:val="47536D"/>
        </w:rPr>
        <w:t>[Menciona dos o tres habilidades y un ejemplo de cómo las usaste]</w:t>
      </w:r>
    </w:p>
    <w:p>
      <w:r>
        <w:br w:type="page"/>
      </w:r>
    </w:p>
    <w:p>
      <w:pPr>
        <w:pStyle w:val="Title"/>
      </w:pPr>
      <w:r>
        <w:t>Trayectoria en Urabá</w:t>
      </w:r>
    </w:p>
    <w:p>
      <w:pPr>
        <w:pStyle w:val="Heading1"/>
      </w:pPr>
      <w:r>
        <w:t>3   Áreas de experiencia o interés</w:t>
      </w:r>
    </w:p>
    <w:p>
      <w:r>
        <w:t>Escribe una o varias áreas que describan tu perfil.</w:t>
      </w:r>
    </w:p>
    <w:p>
      <w:r>
        <w:rPr>
          <w:color w:val="42506A"/>
          <w:sz w:val="20"/>
        </w:rPr>
        <w:t>Liderazgo social y comunitario · Educación · Emprendimiento y empresa · Salud y bienestar · Cultura y comunicaciones · Sector público · Desarrollo rural y ambiental · Tecnología e innovación · Otra.</w:t>
      </w:r>
    </w:p>
    <w:p>
      <w:pPr>
        <w:spacing w:before="80" w:after="0"/>
      </w:pPr>
      <w:r>
        <w:rPr>
          <w:b/>
        </w:rPr>
        <w:t>Áreas seleccionadas</w:t>
      </w:r>
    </w:p>
    <w:p>
      <w:pPr>
        <w:spacing w:after="100"/>
        <w:ind w:left="173"/>
      </w:pPr>
      <w:r>
        <w:rPr>
          <w:i/>
          <w:color w:val="47536D"/>
        </w:rPr>
        <w:t>[Especifica las áreas o agrega una diferente]</w:t>
      </w:r>
    </w:p>
    <w:p>
      <w:pPr>
        <w:pStyle w:val="Heading1"/>
      </w:pPr>
      <w:r>
        <w:t>4   Trayectoria territorial y participación</w:t>
      </w:r>
    </w:p>
    <w:p>
      <w:pPr>
        <w:spacing w:before="80" w:after="0"/>
      </w:pPr>
      <w:r>
        <w:rPr>
          <w:b/>
        </w:rPr>
        <w:t>Emprendimiento o experiencia empresarial</w:t>
      </w:r>
    </w:p>
    <w:p>
      <w:pPr>
        <w:spacing w:after="100"/>
        <w:ind w:left="173"/>
      </w:pPr>
      <w:r>
        <w:rPr>
          <w:i/>
          <w:color w:val="47536D"/>
        </w:rPr>
        <w:t>[Qué hiciste, dónde y con qué resultado, si aplica]</w:t>
      </w:r>
    </w:p>
    <w:p>
      <w:pPr>
        <w:spacing w:before="80" w:after="0"/>
      </w:pPr>
      <w:r>
        <w:rPr>
          <w:b/>
        </w:rPr>
        <w:t>Liderazgo social y comunitario</w:t>
      </w:r>
    </w:p>
    <w:p>
      <w:pPr>
        <w:spacing w:after="100"/>
        <w:ind w:left="173"/>
      </w:pPr>
      <w:r>
        <w:rPr>
          <w:i/>
          <w:color w:val="47536D"/>
        </w:rPr>
        <w:t>[Proceso o comunidad, tu aporte y el resultado, si aplica]</w:t>
      </w:r>
    </w:p>
    <w:p>
      <w:pPr>
        <w:spacing w:before="80" w:after="0"/>
      </w:pPr>
      <w:r>
        <w:rPr>
          <w:b/>
        </w:rPr>
        <w:t>Programas o proyectos</w:t>
      </w:r>
    </w:p>
    <w:p>
      <w:pPr>
        <w:spacing w:after="100"/>
        <w:ind w:left="173"/>
      </w:pPr>
      <w:r>
        <w:rPr>
          <w:i/>
          <w:color w:val="47536D"/>
        </w:rPr>
        <w:t>[Nombre, periodo, responsabilidad y logro, si aplica]</w:t>
      </w:r>
    </w:p>
    <w:p>
      <w:pPr>
        <w:spacing w:before="80" w:after="0"/>
      </w:pPr>
      <w:r>
        <w:rPr>
          <w:b/>
        </w:rPr>
        <w:t>Municipios o zonas de experiencia</w:t>
      </w:r>
    </w:p>
    <w:p>
      <w:pPr>
        <w:spacing w:after="100"/>
        <w:ind w:left="173"/>
      </w:pPr>
      <w:r>
        <w:rPr>
          <w:i/>
          <w:color w:val="47536D"/>
        </w:rPr>
        <w:t>[Municipios, corregimientos o veredas. Si estás iniciando, indícalo]</w:t>
      </w:r>
    </w:p>
    <w:p>
      <w:pPr>
        <w:pStyle w:val="Heading1"/>
      </w:pPr>
      <w:r>
        <w:t>5   Hoja de vida y autorización</w:t>
      </w:r>
    </w:p>
    <w:p>
      <w:r>
        <w:t>En la plataforma puedes adjuntar esta hoja en PDF, indicar que necesitas apoyo para elaborarla o registrar tu perfil sin adjuntarla por ahora.</w:t>
      </w:r>
    </w:p>
    <w:p>
      <w:pPr>
        <w:spacing w:before="80" w:after="0"/>
      </w:pPr>
      <w:r>
        <w:rPr>
          <w:b/>
        </w:rPr>
        <w:t>Opción de registro</w:t>
      </w:r>
    </w:p>
    <w:p>
      <w:pPr>
        <w:spacing w:after="100"/>
        <w:ind w:left="173"/>
      </w:pPr>
      <w:r>
        <w:rPr>
          <w:i/>
          <w:color w:val="47536D"/>
        </w:rPr>
        <w:t>[Adjuntaré un PDF de hasta 5 MB / Necesito apoyo / Prefiero continuar sin adjunto]</w:t>
      </w:r>
    </w:p>
    <w:p>
      <w:pPr>
        <w:spacing w:before="120" w:after="100"/>
        <w:ind w:left="274" w:hanging="274"/>
      </w:pPr>
      <w:sdt>
        <w:sdtPr>
          <w:alias w:val="Autorización para el tratamiento de datos"/>
          <w:id w:val="18441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</w:rPr>
            <w:t>☐</w:t>
          </w:r>
        </w:sdtContent>
      </w:sdt>
      <w:r>
        <w:rPr>
          <w:color w:val="121540"/>
          <w:sz w:val="21"/>
        </w:rPr>
        <w:t xml:space="preserve">  Autorizo a Defensores de la Patria de Urabá a tratar mis datos personales y a usar la información que suministro para gestionar su Banco de Hojas de Vida y caracterizar los perfiles de la región. Esta autorización incluye el contacto institucional sobre mi registro y la identificación de oportunidades de formación y participación comunitaria en Urabá.</w:t>
      </w:r>
    </w:p>
    <w:p>
      <w:r>
        <w:rPr>
          <w:color w:val="42506A"/>
          <w:sz w:val="20"/>
        </w:rPr>
        <w:t>Para autorizar el registro, marca la casilla en el formulario de la plataforma y guarda tu perfil. Puedes consultar, actualizar o retirar tu registro desde Mi perfil.</w:t>
      </w:r>
    </w:p>
    <w:p>
      <w:r>
        <w:t>El registro tiene fines de caracterización territorial. No es una bolsa de empleo ni una postulación a vacantes. Este formato pertenece al banco de Defensores de la Patria de Urabá.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83" w:right="1195" w:bottom="1066" w:left="1195" w:header="49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Banco de hojas de vida  ·  Caracterización territorial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4397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efensores-de-la-patri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39742"/>
                  </a:xfrm>
                  <a:prstGeom prst="rect"/>
                </pic:spPr>
              </pic:pic>
            </a:graphicData>
          </a:graphic>
        </wp:inline>
      </w:drawing>
    </w:r>
    <w:r>
      <w:rPr>
        <w:b/>
      </w:rPr>
      <w:t xml:space="preserve">     DE URABÁ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20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territorial</dc:title>
  <dc:subject/>
  <dc:creator>Defensores de la Patria de Urabá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